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3 śniadania low carb – zbilansowane, niepowtarzalne</w:t>
      </w:r>
    </w:p>
    <w:p>
      <w:pPr>
        <w:pStyle w:val="Heading2"/>
      </w:pPr>
      <w:r>
        <w:t>1. Kremowa sałatka z jajkiem, awokado i siemieniem lnianym</w:t>
      </w:r>
    </w:p>
    <w:p>
      <w:r>
        <w:t>- 2 jajka ugotowane na twardo (ok. 13 g białka)</w:t>
        <w:br/>
        <w:t>- ½ awokado (źródło zdrowych tłuszczów i błonnika)</w:t>
        <w:br/>
        <w:t>- 1 łyżeczka siemienia lnianego (omega-3 i błonnik)</w:t>
        <w:br/>
        <w:t>- garść rukoli lub miks sałat</w:t>
        <w:br/>
        <w:t>- 1 łyżka oliwy extra virgin lub oleju lnianego</w:t>
        <w:br/>
        <w:t>- sól, pieprz, odrobina soku z cytryny</w:t>
        <w:br/>
        <w:br/>
        <w:t>👉 Wartość odżywcza: ok. 20 g białka, dużo tłuszczów nienasyconych, błonnik</w:t>
        <w:br/>
        <w:t>👉 Sycące i lekkostrawne śniadanie, idealne także na wynos.</w:t>
      </w:r>
    </w:p>
    <w:p>
      <w:pPr>
        <w:pStyle w:val="Heading2"/>
      </w:pPr>
      <w:r>
        <w:t>2. Placuszki twarogowe z orzechami włoskimi i chia</w:t>
      </w:r>
    </w:p>
    <w:p>
      <w:r>
        <w:t>- 150 g półtłustego twarogu (ok. 20 g białka)</w:t>
        <w:br/>
        <w:t>- 1 jajko</w:t>
        <w:br/>
        <w:t>- 1 łyżka mąki kokosowej</w:t>
        <w:br/>
        <w:t>- 1 łyżeczka nasion chia (omega-3, błonnik)</w:t>
        <w:br/>
        <w:t>- 1 łyżeczka erytrytolu lub innego słodzika</w:t>
        <w:br/>
        <w:t>- 1 łyżka posiekanych orzechów włoskich (omega-3)</w:t>
        <w:br/>
        <w:t>- smażone na klarowanym maśle lub oleju kokosowym</w:t>
        <w:br/>
        <w:br/>
        <w:t>👉 Wartość odżywcza: ok. 25 g białka, zdrowe tłuszcze, błonnik</w:t>
        <w:br/>
        <w:t>👉 Świetne także na zimno jako przekąska.</w:t>
      </w:r>
    </w:p>
    <w:p>
      <w:pPr>
        <w:pStyle w:val="Heading2"/>
      </w:pPr>
      <w:r>
        <w:t>3. Pudding chia z mlekiem migdałowym i jagodami</w:t>
      </w:r>
    </w:p>
    <w:p>
      <w:r>
        <w:t>- 200 ml mleka migdałowego niesłodzonego</w:t>
        <w:br/>
        <w:t>- 3 łyżki nasion chia (błonnik, omega-3)</w:t>
        <w:br/>
        <w:t>- 1 łyżka erytrytolu lub stewii</w:t>
        <w:br/>
        <w:t>- 1 szklanka świeżych czarnych jagód (przeciwutleniacze, błonnik)</w:t>
        <w:br/>
        <w:t>- ½ łyżeczki ekstraktu waniliowego (opcjonalnie)</w:t>
        <w:br/>
        <w:br/>
        <w:t>👉 Wartość odżywcza: ok. 8 g białka, dużo błonnika, bardzo niskie IG</w:t>
        <w:br/>
        <w:t>👉 Idealne śniadanie na lato, można przygotować dzień wcześniej.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