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7-dniowy Jadłospis Low Carb</w:t>
      </w:r>
    </w:p>
    <w:p>
      <w:pPr>
        <w:jc w:val="left"/>
      </w:pPr>
      <w:r>
        <w:t>Dla zdrowia, dobrego samopoczucia i smukłej sylwetki.</w:t>
        <w:br/>
        <w:br/>
        <w:t>Założenia jadłospisu:</w:t>
        <w:br/>
        <w:t>- Białko: ok. 70–75 g/dzień</w:t>
        <w:br/>
        <w:t>- Tłuszcz: umiarkowanie wysoki, dobre źródła</w:t>
        <w:br/>
        <w:t>- Węglowodany: bardzo nisko, ok. 25–40 g/dzień</w:t>
      </w:r>
    </w:p>
    <w:p>
      <w:pPr>
        <w:pStyle w:val="Heading1"/>
      </w:pPr>
      <w:r>
        <w:t>Dzień 1</w:t>
      </w:r>
    </w:p>
    <w:p>
      <w:pPr>
        <w:pStyle w:val="Heading2"/>
      </w:pPr>
      <w:r>
        <w:t>Śniadanie</w:t>
      </w:r>
    </w:p>
    <w:p>
      <w:r>
        <w:t>Jajecznica z dwóch jaj na maśle z awokado i rukolą.</w:t>
      </w:r>
    </w:p>
    <w:p>
      <w:pPr>
        <w:pStyle w:val="Heading2"/>
      </w:pPr>
      <w:r>
        <w:t>Obiad</w:t>
      </w:r>
    </w:p>
    <w:p>
      <w:r>
        <w:t>Kurczak pieczony z ziołami, surówka z kapusty kiszonej i marchewki.</w:t>
      </w:r>
    </w:p>
    <w:p>
      <w:pPr>
        <w:pStyle w:val="Heading2"/>
      </w:pPr>
      <w:r>
        <w:t>Kolacja</w:t>
      </w:r>
    </w:p>
    <w:p>
      <w:r>
        <w:t>Sałatka grecka (ogórek, feta, oliwki, pomidor koktajlowy, oliwa).</w:t>
      </w:r>
    </w:p>
    <w:p>
      <w:pPr>
        <w:pStyle w:val="Heading1"/>
      </w:pPr>
      <w:r>
        <w:t>Dzień 2</w:t>
      </w:r>
    </w:p>
    <w:p>
      <w:pPr>
        <w:pStyle w:val="Heading2"/>
      </w:pPr>
      <w:r>
        <w:t>Śniadanie</w:t>
      </w:r>
    </w:p>
    <w:p>
      <w:r>
        <w:t>Placki z serka wiejskiego (przepis na stronie) z dodatkiem świeżego ogórka.</w:t>
      </w:r>
    </w:p>
    <w:p>
      <w:pPr>
        <w:pStyle w:val="Heading2"/>
      </w:pPr>
      <w:r>
        <w:t>Obiad</w:t>
      </w:r>
    </w:p>
    <w:p>
      <w:r>
        <w:t>Pulpeciki wołowe w sosie pomidorowym (bez cukru), spaghetti z cukinii.</w:t>
      </w:r>
    </w:p>
    <w:p>
      <w:pPr>
        <w:pStyle w:val="Heading2"/>
      </w:pPr>
      <w:r>
        <w:t>Kolacja</w:t>
      </w:r>
    </w:p>
    <w:p>
      <w:r>
        <w:t>Roladki z szynki z pastą jajeczną, ogórek kiszony.</w:t>
      </w:r>
    </w:p>
    <w:p>
      <w:pPr>
        <w:pStyle w:val="Heading1"/>
      </w:pPr>
      <w:r>
        <w:t>Dzień 3</w:t>
      </w:r>
    </w:p>
    <w:p>
      <w:pPr>
        <w:pStyle w:val="Heading2"/>
      </w:pPr>
      <w:r>
        <w:t>Śniadanie</w:t>
      </w:r>
    </w:p>
    <w:p>
      <w:r>
        <w:t>Jogurt grecki z malinami i orzechami włoskimi (niewielka ilość malin, około 50 g).</w:t>
      </w:r>
    </w:p>
    <w:p>
      <w:pPr>
        <w:pStyle w:val="Heading2"/>
      </w:pPr>
      <w:r>
        <w:t>Obiad</w:t>
      </w:r>
    </w:p>
    <w:p>
      <w:r>
        <w:t>Grillowany filet z indyka, puree z kalafiora z masłem i koperkiem.</w:t>
      </w:r>
    </w:p>
    <w:p>
      <w:pPr>
        <w:pStyle w:val="Heading2"/>
      </w:pPr>
      <w:r>
        <w:t>Kolacja</w:t>
      </w:r>
    </w:p>
    <w:p>
      <w:r>
        <w:t>Sałatka z rukoli, mozzarelli, suszonych pomidorów z oliwą.</w:t>
      </w:r>
    </w:p>
    <w:p>
      <w:pPr>
        <w:pStyle w:val="Heading1"/>
      </w:pPr>
      <w:r>
        <w:t>Dzień 4</w:t>
      </w:r>
    </w:p>
    <w:p>
      <w:pPr>
        <w:pStyle w:val="Heading2"/>
      </w:pPr>
      <w:r>
        <w:t>Śniadanie</w:t>
      </w:r>
    </w:p>
    <w:p>
      <w:r>
        <w:t>Omlet na słodko z serkiem mascarpone i kilkoma borówkami.</w:t>
      </w:r>
    </w:p>
    <w:p>
      <w:pPr>
        <w:pStyle w:val="Heading2"/>
      </w:pPr>
      <w:r>
        <w:t>Obiad</w:t>
      </w:r>
    </w:p>
    <w:p>
      <w:r>
        <w:t>Kremowa zupa brokułowa na bulionie drobiowym, posypana parmezanem.</w:t>
      </w:r>
    </w:p>
    <w:p>
      <w:pPr>
        <w:pStyle w:val="Heading2"/>
      </w:pPr>
      <w:r>
        <w:t>Kolacja</w:t>
      </w:r>
    </w:p>
    <w:p>
      <w:r>
        <w:t>Tuńczyk (z puszki w oliwie) wymieszany z jajkiem na twardo, majonezem domowym i sałatą lodową.</w:t>
      </w:r>
    </w:p>
    <w:p>
      <w:pPr>
        <w:pStyle w:val="Heading1"/>
      </w:pPr>
      <w:r>
        <w:t>Dzień 5</w:t>
      </w:r>
    </w:p>
    <w:p>
      <w:pPr>
        <w:pStyle w:val="Heading2"/>
      </w:pPr>
      <w:r>
        <w:t>Śniadanie</w:t>
      </w:r>
    </w:p>
    <w:p>
      <w:r>
        <w:t>Pasta z awokado i jajka na chrupiących chipsach serowych.</w:t>
      </w:r>
    </w:p>
    <w:p>
      <w:pPr>
        <w:pStyle w:val="Heading2"/>
      </w:pPr>
      <w:r>
        <w:t>Obiad</w:t>
      </w:r>
    </w:p>
    <w:p>
      <w:r>
        <w:t>Łosoś pieczony z masłem czosnkowym, szpinak duszony z czosnkiem.</w:t>
      </w:r>
    </w:p>
    <w:p>
      <w:pPr>
        <w:pStyle w:val="Heading2"/>
      </w:pPr>
      <w:r>
        <w:t>Kolacja</w:t>
      </w:r>
    </w:p>
    <w:p>
      <w:r>
        <w:t>Twarożek tłusty ze szczypiorkiem i rzodkiewką.</w:t>
      </w:r>
    </w:p>
    <w:p>
      <w:pPr>
        <w:pStyle w:val="Heading1"/>
      </w:pPr>
      <w:r>
        <w:t>Dzień 6</w:t>
      </w:r>
    </w:p>
    <w:p>
      <w:pPr>
        <w:pStyle w:val="Heading2"/>
      </w:pPr>
      <w:r>
        <w:t>Śniadanie</w:t>
      </w:r>
    </w:p>
    <w:p>
      <w:r>
        <w:t>Muffiny jajeczne (jajka, boczek, szczypiorek).</w:t>
      </w:r>
    </w:p>
    <w:p>
      <w:pPr>
        <w:pStyle w:val="Heading2"/>
      </w:pPr>
      <w:r>
        <w:t>Obiad</w:t>
      </w:r>
    </w:p>
    <w:p>
      <w:r>
        <w:t>Leczo warzywne z cukinii, papryki, pomidorów i kiełbasy dobrej jakości.</w:t>
      </w:r>
    </w:p>
    <w:p>
      <w:pPr>
        <w:pStyle w:val="Heading2"/>
      </w:pPr>
      <w:r>
        <w:t>Kolacja</w:t>
      </w:r>
    </w:p>
    <w:p>
      <w:r>
        <w:t>Pieczarki faszerowane serem camembert (zapiekane).</w:t>
      </w:r>
    </w:p>
    <w:p>
      <w:pPr>
        <w:pStyle w:val="Heading1"/>
      </w:pPr>
      <w:r>
        <w:t>Dzień 7</w:t>
      </w:r>
    </w:p>
    <w:p>
      <w:pPr>
        <w:pStyle w:val="Heading2"/>
      </w:pPr>
      <w:r>
        <w:t>Śniadanie</w:t>
      </w:r>
    </w:p>
    <w:p>
      <w:r>
        <w:t>Kanapki na chlebie z serka wiejskiego (przepis na stronie) z pastą jajeczno-majonezową.</w:t>
      </w:r>
    </w:p>
    <w:p>
      <w:pPr>
        <w:pStyle w:val="Heading2"/>
      </w:pPr>
      <w:r>
        <w:t>Obiad</w:t>
      </w:r>
    </w:p>
    <w:p>
      <w:r>
        <w:t>Schab duszony w sosie śmietanowo-grzybowym, sałata z dressingiem na oliwie.</w:t>
      </w:r>
    </w:p>
    <w:p>
      <w:pPr>
        <w:pStyle w:val="Heading2"/>
      </w:pPr>
      <w:r>
        <w:t>Kolacja</w:t>
      </w:r>
    </w:p>
    <w:p>
      <w:r>
        <w:t>Deska serów i wędlin z warzywami (ogórek, papryka, seler naciowy).</w:t>
      </w:r>
    </w:p>
    <w:p>
      <w:pPr>
        <w:pStyle w:val="Heading1"/>
      </w:pPr>
      <w:r>
        <w:t>Lista zakupowa:</w:t>
      </w:r>
    </w:p>
    <w:p>
      <w:pPr>
        <w:pStyle w:val="ListBullet"/>
      </w:pPr>
      <w:r>
        <w:t>- Jajka</w:t>
      </w:r>
    </w:p>
    <w:p>
      <w:pPr>
        <w:pStyle w:val="ListBullet"/>
      </w:pPr>
      <w:r>
        <w:t>- Drób, wołowina, ryby (łosoś, tuńczyk)</w:t>
      </w:r>
    </w:p>
    <w:p>
      <w:pPr>
        <w:pStyle w:val="ListBullet"/>
      </w:pPr>
      <w:r>
        <w:t>- Warzywa: cukinia, szpinak, papryka, pomidory, ogórek, brokuł, kalafior</w:t>
      </w:r>
    </w:p>
    <w:p>
      <w:pPr>
        <w:pStyle w:val="ListBullet"/>
      </w:pPr>
      <w:r>
        <w:t>- Kiszonki (ogórki, kapusta kiszona)</w:t>
      </w:r>
    </w:p>
    <w:p>
      <w:pPr>
        <w:pStyle w:val="ListBullet"/>
      </w:pPr>
      <w:r>
        <w:t>- Nabiał (serek wiejski, twaróg tłusty, jogurt grecki, sery żółte, mozzarella, camembert, feta)</w:t>
      </w:r>
    </w:p>
    <w:p>
      <w:pPr>
        <w:pStyle w:val="ListBullet"/>
      </w:pPr>
      <w:r>
        <w:t>- Zdrowe tłuszcze (awokado, oliwa z oliwek, masło klarowane)</w:t>
      </w:r>
    </w:p>
    <w:p>
      <w:pPr>
        <w:pStyle w:val="ListBullet"/>
      </w:pPr>
      <w:r>
        <w:t>- Orzechy włoskie, pestki dyni, migdały</w:t>
      </w:r>
    </w:p>
    <w:p>
      <w:pPr>
        <w:pStyle w:val="ListBullet"/>
      </w:pPr>
      <w:r>
        <w:t>- Owoce jagodowe (w minimalnej ilości)</w:t>
      </w:r>
    </w:p>
    <w:p>
      <w:pPr>
        <w:pStyle w:val="ListBullet"/>
      </w:pPr>
      <w:r>
        <w:t>- Przyprawy, zioła (bazylia, oregano, koperek, szczypiorek)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