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Biohacking – jak świadomie ulepszać własne ciało i umysł</w:t>
      </w:r>
    </w:p>
    <w:p>
      <w:r>
        <w:br/>
        <w:t>Jeszcze kilka lat temu słowo biohacking brzmiało jak hasło z filmów science-fiction. Kojarzyło się z laboratoriami, implantami, a nawet eksperymentami rodem z cyberpunkowych powieści. Dziś biohacking zyskuje nowe znaczenie i staje się praktyką, którą można wdrożyć w codziennym życiu — bez skalpela i inwazyjnych technologii. To sztuka świadomego wpływania na ciało i umysł, aby lepiej funkcjonować, wydajniej pracować i po prostu czuć się zdrowiej.</w:t>
      </w:r>
    </w:p>
    <w:p>
      <w:r>
        <w:t>Nie chodzi więc o modyfikowanie genów na własną rękę, ale raczej o drobne, naukowo uzasadnione zmiany stylu życia. I choć dla jednych to kolejny modny trend, dla innych staje się stylem życia i sposobem odzyskania kontroli nad zdrowiem.</w:t>
      </w:r>
    </w:p>
    <w:p>
      <w:r>
        <w:t>Sen – fundament każdego hacku</w:t>
        <w:br/>
        <w:t>Najlepszy suplement, najdroższa dieta czy najbardziej zaawansowany gadżet nie zadziała, jeśli nie śpisz wystarczająco długo i dobrze. Sen jest nie tylko czasem odpoczynku, ale wręcz resetem systemu. W nocy regenerują się mięśnie, porządkuje pamięć, a mózg dosłownie „czyści się” z metabolitów nagromadzonych w ciągu dnia.</w:t>
      </w:r>
    </w:p>
    <w:p>
      <w:r>
        <w:t>Biohackerzy zwracają szczególną uwagę na higienę snu: ciemność w sypialni, regularne godziny kładzenia się spać, unikanie światła niebieskiego z ekranów wieczorem czy dbanie o chłodną temperaturę w pokoju. To proste zabiegi, które mają głębsze podstawy naukowe. Ekspozycja na sztuczne światło wieczorem przesuwa wydzielanie melatoniny i zaburza rytm dobowy, co przekłada się na trudności z zasypianiem i gorszą jakość snu.</w:t>
      </w:r>
    </w:p>
    <w:p>
      <w:r>
        <w:t>W świecie biohackingu popularne są także urządzenia monitorujące sen. Choć nie zawsze idealnie precyzyjne, mogą pomóc w obserwacji nawyków i wyciąganiu wniosków: ile godzin snu naprawdę potrzebujesz i co sprawia, że budzisz się wypoczęty.</w:t>
      </w:r>
    </w:p>
    <w:p>
      <w:r>
        <w:t>Odżywianie – mniej cukru, więcej świadomości</w:t>
        <w:br/>
        <w:t>Drugim filarem biohackingu jest jedzenie. W tym przypadku nie chodzi jednak wyłącznie o kalorie. To raczej pytanie: jak to, co jem, wpływa na mój poziom energii, koncentrację i samopoczucie?</w:t>
      </w:r>
    </w:p>
    <w:p>
      <w:r>
        <w:t>Biohackerzy często eksperymentują z różnymi podejściami żywieniowymi. Jedni wybierają dietę ketogeniczną, inni stosują post przerywany, jeszcze inni po prostu ograniczają przetworzoną żywność i cukier. Nie ma jednej „diety idealnej”, ale wspólnym mianownikiem jest świadomość i obserwacja własnego organizmu.</w:t>
      </w:r>
    </w:p>
    <w:p>
      <w:r>
        <w:t>Ciekawym elementem są tzw. glucose hacks — czyli sposoby na obniżenie reakcji glukozy po posiłku. Należy do nich choćby zjedzenie sałatki lub warzyw przed daniem głównym, dodanie octu do posiłku czy spacer po jedzeniu. Te proste zabiegi mają realny wpływ na to, jak organizm radzi sobie z cukrami i czy po obiedzie mamy spadek energii, czy raczej stabilną koncentrację.</w:t>
      </w:r>
    </w:p>
    <w:p>
      <w:r>
        <w:t>Ruch – aktywność jako lekarstwo</w:t>
        <w:br/>
        <w:t>Ćwiczenia fizyczne to najstarszy, a jednocześnie wciąż najskuteczniejszy „hack” w historii ludzkości. Regularny ruch nie tylko wzmacnia mięśnie i poprawia kondycję, ale też działa jak lekarstwo na dziesiątki chorób przewlekłych.</w:t>
      </w:r>
    </w:p>
    <w:p>
      <w:r>
        <w:t>W biohackingu podkreśla się, że nie chodzi o katowanie się na siłowni. Często ważniejsze są krótkie dawki aktywności w ciągu dnia — szybki spacer, kilka przysiadów czy rozciąganie w przerwie od pracy. Nawet tak niewielka porcja ruchu poprawia wrażliwość insulinową, dotlenia mózg i zmniejsza poziom stresu.</w:t>
      </w:r>
    </w:p>
    <w:p>
      <w:r>
        <w:t>Oczywiście, w świecie biohackerów popularne są też bardziej zaawansowane metody: trening siłowy, ćwiczenia interwałowe czy monitorowanie tętna w czasie wysiłku. Ale fundament jest jeden: ciało jest stworzone do ruchu i nie można go zastąpić żadnym suplementem.</w:t>
      </w:r>
    </w:p>
    <w:p>
      <w:r>
        <w:t>Suplementy i mikropoprawki</w:t>
        <w:br/>
        <w:t>Biohacking to również poszukiwanie substancji, które mogą wspierać zdrowie i koncentrację. W tym obszarze znajdziemy zarówno podstawowe witaminy i minerały, jak i bardziej egzotyczne środki. Witamina D, magnez, kwasy omega-3 — to suplementy, które mają solidne uzasadnienie naukowe i są szeroko stosowane.</w:t>
      </w:r>
    </w:p>
    <w:p>
      <w:r>
        <w:t>Z drugiej strony mamy tzw. nootropy, czyli substancje poprawiające funkcje poznawcze. Od kawy i zielonej herbaty, przez L-teaninę, aż po eksperymentalne związki. Tu trzeba jednak ostrożności. Nie każdy suplement działa tak, jak obiecują reklamy, a część z nich ma słabe dowody naukowe lub skutki uboczne. Biohacking nie polega na połykaniu wszystkiego, co modne, ale na uważnym wyborze i obserwacji efektów.</w:t>
      </w:r>
    </w:p>
    <w:p>
      <w:r>
        <w:t>Technologia w służbie zdrowia</w:t>
        <w:br/>
        <w:t>Nowoczesny biohacking nie istnieje bez technologii. Smartwatche, opaski monitorujące aktywność, sensory glukozy czy aplikacje do śledzenia nawyków to codzienność wielu osób dbających o zdrowie.</w:t>
      </w:r>
    </w:p>
    <w:p>
      <w:r>
        <w:t>Dzięki nim można mierzyć puls, poziom tlenu we krwi, reakcje na jedzenie czy jakość snu. Ale tu pojawia się pułapka: liczby mogą pomóc, ale też uzależniać. Nie chodzi o to, żeby żyć pod dyktando aplikacji, lecz żeby dane służyły do lepszego rozumienia własnego organizmu.</w:t>
      </w:r>
    </w:p>
    <w:p>
      <w:r>
        <w:t>Biohacking mózgu – koncentracja i odporność psychiczna</w:t>
        <w:br/>
        <w:t>Biohacking to nie tylko ciało, ale także umysł. W świecie pełnym bodźców, powiadomień i ekranów umiejętność skupienia staje się jednym z najcenniejszych zasobów.</w:t>
      </w:r>
    </w:p>
    <w:p>
      <w:r>
        <w:t>Praktyki takie jak medytacja, techniki oddechowe czy regularne przerwy w pracy to przykłady „neurohacków”, które wspierają koncentrację i odporność psychiczną. Badania pokazują, że już kilka minut świadomego oddechu potrafi obniżyć poziom kortyzolu, a medytacja uważności poprawia pamięć roboczą i zdolność do kontrolowania emocji.</w:t>
      </w:r>
    </w:p>
    <w:p>
      <w:r>
        <w:t>Biohacking w praktyce – sztuka obserwacji</w:t>
        <w:br/>
        <w:t>Największym błędem w biohackingu jest ślepe kopiowanie innych. To, że ktoś czuje się genialnie na diecie keto, nie oznacza, że będzie to idealne rozwiązanie dla Ciebie.</w:t>
      </w:r>
    </w:p>
    <w:p>
      <w:r>
        <w:t>Kluczem jest obserwacja: jak reagujesz na sen w różnych godzinach, na posiłki o różnym składzie, na ćwiczenia w ciągu dnia. To proces prób i błędów, który wymaga cierpliwości. I właśnie w tym kryje się największa wartość biohackingu: nie w spektakularnych gadżetach, ale w odzyskaniu świadomości i uważności na własne ciało.</w:t>
      </w:r>
    </w:p>
    <w:p>
      <w:r>
        <w:t>Podsumowanie</w:t>
        <w:br/>
        <w:t>Biohacking to nie magia, ale rozsądne wykorzystywanie nauki w codziennym życiu. To sztuka świadomego wpływania na swoje ciało i umysł poprzez sen, dietę, ruch, suplementy i technologię.</w:t>
      </w:r>
    </w:p>
    <w:p>
      <w:r>
        <w:t>Nie chodzi o to, by stać się nadczłowiekiem, ale by lepiej rozumieć siebie i podejmować mądrzejsze decyzje. W tym sensie każdy z nas może zostać biohackerem — wystarczy ciekawość, uważność i gotowość do eksperymentowania.</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